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TERMO DE ENTREGA DE CHAVES</w:t>
      </w:r>
    </w:p>
    <w:p>
      <w:pPr>
        <w:spacing w:after="200"/>
        <w:jc w:val="both"/>
      </w:pPr>
      <w:r>
        <w:t>No dia xxx de xxxxxxx de xxxxx, a Sra. xxxxxxxxxxxxx, brasileira, portadora do RG xxxxxxxxxxxxx e CPF xxxxxxxxxxxxxxx, retirou as chaves do imóvel situado na xxxxxxxxxxxxxxxxxxxxxxxxxxxxxxxx, imóvel este dado em locação firmada entre o LOCADOR xxxxxxxxxxxxxxxxxxxxxxx e o LOCATÁRIO xxxxxxxxxxxxxxxxxxxxxx, conforme Contrato de Locação Residencial firmado nesta mesma data. O LOCATÁRIO declara ter recebido o imóvel em bom estado de conservação, conforme laudo de vistoria a ser encaminhado por e-mail e observações do LOCATÁRIO. Neste ato, as partes concordam que serão dados, em comodato, para restituição da forma que foram recebidos, salvo deterioração pelo tempo, ao término da locação, os seguintes móveis com seus respectivos valores, salvo exclusões ou inclusões firmadas entre as partes:</w:t>
      </w:r>
    </w:p>
    <w:p>
      <w:pPr>
        <w:spacing w:after="200"/>
        <w:jc w:val="both"/>
      </w:pPr>
      <w:r>
        <w:t>· Equipamentos de alarme, compostos por 2 placas, 3 sensores de abertura, 2 fotodetectores e um comando: preço sob consulta da empresa xxxxxxx;</w:t>
      </w:r>
    </w:p>
    <w:p>
      <w:pPr>
        <w:spacing w:after="200"/>
        <w:jc w:val="both"/>
      </w:pPr>
      <w:r>
        <w:t>· 02 cômodas de madeira: R$ 800,00;</w:t>
      </w:r>
    </w:p>
    <w:p>
      <w:pPr>
        <w:spacing w:after="200"/>
        <w:jc w:val="both"/>
      </w:pPr>
      <w:r>
        <w:t>· 01 sofá-cama: R$ 500,00;</w:t>
      </w:r>
    </w:p>
    <w:p>
      <w:pPr>
        <w:spacing w:after="200"/>
        <w:jc w:val="both"/>
      </w:pPr>
      <w:r>
        <w:t>· 01 mesa de jantar com 06 cadeiras: R$ 600,00;</w:t>
      </w:r>
    </w:p>
    <w:p>
      <w:pPr>
        <w:spacing w:after="200"/>
        <w:jc w:val="both"/>
      </w:pPr>
      <w:r>
        <w:t>· 02 banquetas de cor preta: R$ 300,00;</w:t>
      </w:r>
    </w:p>
    <w:p>
      <w:pPr>
        <w:spacing w:after="200"/>
        <w:jc w:val="both"/>
      </w:pPr>
      <w:r>
        <w:t>· 01 rack: R$ 400,00;</w:t>
      </w:r>
    </w:p>
    <w:p>
      <w:pPr>
        <w:spacing w:after="200"/>
        <w:jc w:val="both"/>
      </w:pPr>
      <w:r>
        <w:t>· 01 fogão de 5 bocas: R$ 800,00;</w:t>
      </w:r>
    </w:p>
    <w:p>
      <w:pPr>
        <w:spacing w:after="200"/>
        <w:jc w:val="both"/>
      </w:pPr>
      <w:r>
        <w:t>· 01 mesa e 04 cadeiras brancas de varanda: R$ 1.000,00;</w:t>
      </w:r>
    </w:p>
    <w:p>
      <w:pPr>
        <w:spacing w:after="200"/>
        <w:jc w:val="both"/>
      </w:pPr>
      <w:r>
        <w:t>· 01 cadeira marrom de área externa: R$ 500,00;</w:t>
      </w:r>
    </w:p>
    <w:p>
      <w:pPr>
        <w:spacing w:after="200"/>
        <w:jc w:val="both"/>
      </w:pPr>
      <w:r>
        <w:t>· 01 espreguiçadeira branca com estofado: R$ 500,00;</w:t>
      </w:r>
    </w:p>
    <w:p>
      <w:pPr>
        <w:spacing w:after="200"/>
        <w:jc w:val="both"/>
      </w:pPr>
      <w:r>
        <w:t>· 01 armário (depósito): R$ 500,00.</w:t>
      </w:r>
    </w:p>
    <w:p>
      <w:pPr>
        <w:spacing w:after="200"/>
        <w:jc w:val="both"/>
      </w:pPr>
      <w:r>
        <w:t>São Paulo, xxx de xxxxxxxxxxx de xxxxxxxxxxxx.</w:t>
      </w:r>
    </w:p>
    <w:p>
      <w:pPr>
        <w:spacing w:after="200"/>
        <w:jc w:val="both"/>
      </w:pPr>
      <w:r>
        <w:t>OBS: _____________________________________________________________________</w:t>
      </w:r>
    </w:p>
    <w:p>
      <w:pPr>
        <w:spacing w:after="200"/>
        <w:jc w:val="both"/>
      </w:pPr>
      <w:r>
        <w:t>_____________________________</w:t>
      </w:r>
    </w:p>
    <w:p>
      <w:pPr>
        <w:spacing w:after="200"/>
        <w:jc w:val="both"/>
      </w:pPr>
      <w:r>
        <w:t>LOCADOR</w:t>
      </w:r>
    </w:p>
    <w:p>
      <w:pPr>
        <w:spacing w:after="200"/>
        <w:jc w:val="both"/>
      </w:pPr>
      <w:r>
        <w:t>_____________________________</w:t>
      </w:r>
    </w:p>
    <w:p>
      <w:pPr>
        <w:spacing w:after="200"/>
        <w:jc w:val="both"/>
      </w:pPr>
      <w:r>
        <w:t>LOCATÁRIO</w:t>
      </w:r>
    </w:p>
    <w:p>
      <w:r>
        <w:rPr>
          <w:i/>
          <w:sz w:val="18"/>
        </w:rPr>
        <w:t>Modelo disponibilizado por Mercado Advogados (mercadoadvogados.com.br/conteudo). Adapte ao caso concreto.</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