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INSTRUMENTO PARTICULAR DE DISTRATO DO CONTRATO DE PRESTAÇÃO DE SERVIÇOS</w:t>
      </w:r>
    </w:p>
    <w:p>
      <w:pPr>
        <w:spacing w:after="200"/>
        <w:jc w:val="both"/>
      </w:pPr>
      <w:r>
        <w:t>xxxxxxxxxxx, pessoa jurídica de direito privado, com sede na xxxxxxxxxxxxxxxxx, inscrita no CNPJ/MF sob o nº xxxxxxxxxxxxxxxxxxxx, neste ato representada nos termos do seu contrato social, doravante denominada simplesmente CONTRATANTE, e</w:t>
      </w:r>
    </w:p>
    <w:p>
      <w:pPr>
        <w:spacing w:after="200"/>
        <w:jc w:val="both"/>
      </w:pPr>
      <w:r>
        <w:t>xxxxxxxxxx, pessoa jurídica de direito privado, com sede na xxxxxxxxxxxxxxxxxxxxxxxxxx, inscrita no CNPJ/MF sob o nº xxxxxxxxxxxxxxxxxxxxxxxxxxxx, neste ato representada nos termos do seu contrato social, doravante denominada simplesmente CONTRATADA.</w:t>
      </w:r>
    </w:p>
    <w:p>
      <w:pPr>
        <w:spacing w:after="200"/>
        <w:jc w:val="both"/>
      </w:pPr>
      <w:r>
        <w:t>Têm entre si, de maneira justa e acordada, o presente INSTRUMENTO PARTICULAR DE DISTRATO DO CONTRATO DE PRESTAÇÃO DE SERVIÇOS CELEBRADO EM xxxxx, ficando desde já aceito pelas cláusulas abaixo descritas.</w:t>
      </w:r>
    </w:p>
    <w:p>
      <w:pPr>
        <w:spacing w:after="200"/>
        <w:jc w:val="both"/>
      </w:pPr>
      <w:r>
        <w:t>1 - As partes concordam em rescindir o Contrato de Prestação de Serviços celebrado entre as partes em xx de xxxx de xxxx, relativamente aos serviços de xxxxxxxxxxxxxxxxx.</w:t>
      </w:r>
    </w:p>
    <w:p>
      <w:pPr>
        <w:spacing w:after="200"/>
        <w:jc w:val="both"/>
      </w:pPr>
      <w:r>
        <w:t>2 - Fica dispensada a CONTRATADA de prestar serviços no prazo de cumprimento do aviso prévio previsto no contrato firmado entre as partes.</w:t>
      </w:r>
    </w:p>
    <w:p>
      <w:pPr>
        <w:spacing w:after="200"/>
        <w:jc w:val="both"/>
      </w:pPr>
      <w:r>
        <w:t>3 - Em razão da rescisão do presente contrato, a CONTRATANTE resolve realizar a quitação da remuneração proporcional relativa ao período de xxxxxxxxxxx, no valor de R$ xxxxxxxxxxxx (xxxxxxxxxxxxxxxxxx), bem como pagar a remuneração em virtude do aviso prévio pactuado, entre xxxxxxxxxxx e xxxxxxxxxxxxxxxx, no valor de R$ xxxxxxxxxxxx (xxxxxxxxxxxxxxxxxxxxx), período no qual a CONTRATADA fica desobrigada de prestar serviços, nos termos da cláusula anterior.</w:t>
      </w:r>
    </w:p>
    <w:p>
      <w:pPr>
        <w:spacing w:after="200"/>
        <w:jc w:val="both"/>
      </w:pPr>
      <w:r>
        <w:t>Parágrafo primeiro: Todas as cláusulas e condições contidas no contrato firmado entre as partes restam desde já DISTRATADAS. Afirmam, por este e na forma de Direito, dando total e irrestrita quitação sobre todos os direitos e obrigações oriundos do contrato de prestação de serviços, não havendo quaisquer pendências recíprocas.</w:t>
      </w:r>
    </w:p>
    <w:p>
      <w:pPr>
        <w:spacing w:after="200"/>
        <w:jc w:val="both"/>
      </w:pPr>
      <w:r>
        <w:t>Parágrafo segundo: Fica vedado pleitear, judicial ou extrajudicialmente, quaisquer direitos ou pagamentos oriundos do referido contrato de prestação de serviços ou concernentes ao presente DISTRATO, ressalvado o direito de cobrar as parcelas previstas no presente e não pagas.</w:t>
      </w:r>
    </w:p>
    <w:p>
      <w:pPr>
        <w:spacing w:after="200"/>
        <w:jc w:val="both"/>
      </w:pPr>
      <w:r>
        <w:t>E, por estarem justas e contratadas, as partes firmam o presente instrumento em 2 (duas) vias de igual teor, na presença das testemunhas abaixo, que também assinam.</w:t>
      </w:r>
    </w:p>
    <w:p>
      <w:pPr>
        <w:spacing w:after="200"/>
        <w:jc w:val="both"/>
      </w:pPr>
      <w:r>
        <w:t>São Paulo, xxx de xxxx de xxxx.</w:t>
      </w:r>
    </w:p>
    <w:p>
      <w:pPr>
        <w:spacing w:after="200"/>
        <w:jc w:val="both"/>
      </w:pPr>
      <w:r>
        <w:t>___________________________________</w:t>
      </w:r>
    </w:p>
    <w:p>
      <w:pPr>
        <w:spacing w:after="200"/>
        <w:jc w:val="both"/>
      </w:pPr>
      <w:r>
        <w:t>CONTRATANTE</w:t>
      </w:r>
    </w:p>
    <w:p>
      <w:pPr>
        <w:spacing w:after="200"/>
        <w:jc w:val="both"/>
      </w:pPr>
      <w:r>
        <w:t>___________________________________</w:t>
      </w:r>
    </w:p>
    <w:p>
      <w:pPr>
        <w:spacing w:after="200"/>
        <w:jc w:val="both"/>
      </w:pPr>
      <w:r>
        <w:t>CONTRATADA</w:t>
      </w:r>
    </w:p>
    <w:p>
      <w:pPr>
        <w:spacing w:after="200"/>
        <w:jc w:val="both"/>
      </w:pPr>
      <w:r>
        <w:t>____________________________</w:t>
      </w:r>
    </w:p>
    <w:p>
      <w:pPr>
        <w:spacing w:after="200"/>
        <w:jc w:val="both"/>
      </w:pPr>
      <w:r>
        <w:t>Testemunha</w:t>
      </w:r>
    </w:p>
    <w:p>
      <w:pPr>
        <w:spacing w:after="200"/>
        <w:jc w:val="both"/>
      </w:pPr>
      <w:r>
        <w:t>____________________________</w:t>
      </w:r>
    </w:p>
    <w:p>
      <w:pPr>
        <w:spacing w:after="200"/>
        <w:jc w:val="both"/>
      </w:pPr>
      <w:r>
        <w:t>Testemunha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