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  <w:jc w:val="center"/>
      </w:pPr>
      <w:r>
        <w:rPr>
          <w:b/>
        </w:rPr>
        <w:t>INSTRUMENTO PARTICULAR DE CONTRATO DE PRESTAÇÃO DE SERVIÇOS E DE TRANSMISSÃO TOTAL E DEFINITIVA DOS DIREITOS DE IMAGENS FOTOGRÁFICAS</w:t>
      </w:r>
    </w:p>
    <w:p>
      <w:pPr>
        <w:spacing w:after="200"/>
        <w:jc w:val="both"/>
      </w:pPr>
      <w:r>
        <w:t>Pelo presente instrumento particular de Contrato de Prestação de Serviços e de Transmissão Total e Definitiva dos Direitos de Imagens Fotográficas, xxxxxxxxxxxxxxxxx, pessoa jurídica com sede na Avenida xxxxxxxxxxxxxxxxxxxxxxx, inscrita no CNPJ/MF sob nº xxxxxxxxxxxxxxxxxxxx, neste ato representada na forma de seu contrato social, doravante denominada "contratante/cessionária"; e ________________, brasileiro, casado, fotógrafo profissional, estabelecido na Rua ______________, portador do RG _____________ e do CPF ____________________, doravante denominado "contratado/cedente", nos termos da Lei nº 9.610, de 19 de fevereiro de 1998, e dos demais dispositivos legais aplicáveis, têm como justo e acertado o seguinte:</w:t>
      </w:r>
    </w:p>
    <w:p>
      <w:pPr>
        <w:spacing w:after="200"/>
        <w:jc w:val="both"/>
      </w:pPr>
      <w:r>
        <w:t>1 – A "contratante/cessionária" contrata os serviços profissionais do "contratado/cedente" para realizar e fotografar ensaios fotográficos de produtos, tais como peças do vestuário, acessórios e outros, de forma onerosa, conforme a demanda da "contratante/cessionária" e a de seus clientes, nas condições previstas neste contrato.</w:t>
      </w:r>
    </w:p>
    <w:p>
      <w:pPr>
        <w:spacing w:after="200"/>
        <w:jc w:val="both"/>
      </w:pPr>
      <w:r>
        <w:t>2 – Os ensaios fotográficos mencionados no item anterior serão realizados no estúdio do "contratado/cedente".</w:t>
      </w:r>
    </w:p>
    <w:p>
      <w:pPr>
        <w:spacing w:after="200"/>
        <w:jc w:val="both"/>
      </w:pPr>
      <w:r>
        <w:t>3 – O "contratado/cedente" deverá realizar os ensaios fotográficos dos produtos na modalidade "still", servindo-se de iluminação e veiculação digital (qualidade específica de definição e resolução para veiculação em e-commerce), as quais serão tratadas pelo próprio "contratado/cedente" com software de edição de imagens, declarando-se especialista em imagens para web.</w:t>
      </w:r>
    </w:p>
    <w:p>
      <w:pPr>
        <w:spacing w:after="200"/>
        <w:jc w:val="both"/>
      </w:pPr>
      <w:r>
        <w:t>3.1 – Resolvem as partes estipular que o ensaio fotográfico de cada produto consiste em extrair no mínimo 04 (quatro) fotografias, em ângulos distintos, de forma a atender um elevado padrão de qualidade em imagens na modalidade "still".</w:t>
      </w:r>
    </w:p>
    <w:p>
      <w:pPr>
        <w:spacing w:after="200"/>
        <w:jc w:val="both"/>
      </w:pPr>
      <w:r>
        <w:t>4 – As imagens serão entregues à "contratante/cessionária", previamente tratadas, nos termos das cláusulas anteriores, por intermédio da internet, no prazo de até ____ (________) dias da realização do ensaio.</w:t>
      </w:r>
    </w:p>
    <w:p>
      <w:pPr>
        <w:spacing w:after="200"/>
        <w:jc w:val="both"/>
      </w:pPr>
      <w:r>
        <w:t>5 – Todas as despesas do "contratado/cedente" para a execução dos ensaios contratados, tais como despesas gerais de estúdio, além do pessoal contratado para a assistência de fotografia e/ou iluminação, serão de responsabilidade exclusiva do "contratado/cedente". Ambas as partes deverão observar a data e a hora agendadas para os ensaios, de forma a coibir abusos e prejuízos para as partes.</w:t>
      </w:r>
    </w:p>
    <w:p>
      <w:pPr>
        <w:spacing w:after="200"/>
        <w:jc w:val="both"/>
      </w:pPr>
      <w:r>
        <w:t>6 – O prazo de vigência do presente contrato, no que se refere à prestação de serviços contratada no item primeiro, é indeterminado, podendo este contrato ser rescindido por qualquer das partes contratantes mediante comunicação, formulada por escrito à outra parte, com, no mínimo, 60 (sessenta) dias de antecedência.</w:t>
      </w:r>
    </w:p>
    <w:p>
      <w:pPr>
        <w:spacing w:after="200"/>
        <w:jc w:val="both"/>
      </w:pPr>
      <w:r>
        <w:t>7 – Através deste contrato, na forma do art. 49 da Lei nº 9.610/98, o "contratado/cedente" cede e transfere à "contratante/cessionária", de forma total, definitiva, irrevogável e irretratável, tanto para o Brasil como para todo e qualquer outro país, os direitos autorais patrimoniais de todas as imagens obtidas nos ensaios fotográficos realizados por intermédio deste contrato.</w:t>
      </w:r>
    </w:p>
    <w:p>
      <w:pPr>
        <w:spacing w:after="200"/>
        <w:jc w:val="both"/>
      </w:pPr>
      <w:r>
        <w:t>7.1 – Dispensa o "contratado/cedente" a citação de seu crédito autoral na divulgação das obras fotográficas cujos direitos foram por ele cedidos.</w:t>
      </w:r>
    </w:p>
    <w:p>
      <w:pPr>
        <w:spacing w:after="200"/>
        <w:jc w:val="both"/>
      </w:pPr>
      <w:r>
        <w:t>7.2 – A cessão supra, por ser total e definitiva, implica que não haverá qualquer espécie de limitação aos direitos ora negociados.</w:t>
      </w:r>
    </w:p>
    <w:p>
      <w:pPr>
        <w:spacing w:after="200"/>
        <w:jc w:val="both"/>
      </w:pPr>
      <w:r>
        <w:t>8 – Será lícita à "contratante/cessionária" a transmissão a terceiros dos direitos ora cedidos, por cessão ou concessão, de direitos totais ou parciais, de sua utilização econômica, de forma gratuita ou onerosa.</w:t>
      </w:r>
    </w:p>
    <w:p>
      <w:pPr>
        <w:spacing w:after="200"/>
        <w:jc w:val="both"/>
      </w:pPr>
      <w:r>
        <w:t>9 – Pelos serviços contratados no item primeiro deste contrato, bem como pela transmissão definitiva do direito autoral e de uso das imagens, a "contratante/cessionária" pagará ao "contratado/cedente", em até _______ (_______) dias após a entrega das imagens obtidas em cada sessão fotográfica, a quantia de R$ xxxx (xxx reais) por cada produto referido no item 3 deste contrato. Em qualquer hipótese, o "contratado/cedente" deverá observar as normas fiscais e tributárias que regem a sua atividade.</w:t>
      </w:r>
    </w:p>
    <w:p>
      <w:pPr>
        <w:spacing w:after="200"/>
        <w:jc w:val="both"/>
      </w:pPr>
      <w:r>
        <w:t>9.1 – Ao longo do presente contrato, conforme a demanda dos serviços fotográficos por parte dos clientes e parceiros da "contratante/cessionária", fica assegurada à "contratante/cessionária" a contratação de diárias de sessão de fotos, a serem agendadas previamente, nas mesmas condições deste contrato, com a respectiva transmissão definitiva do direito autoral e de uso das imagens prevista neste contrato, mas no valor previamente estipulado de R$ xxxxxxx,00 (xxxxx reais) para um pacote de xxxx (xxxxx) produtos, e R$ xxxxxx (xxxxxxxx) para um pacote de xxxxx (xxxxx) produtos.</w:t>
      </w:r>
    </w:p>
    <w:p>
      <w:pPr>
        <w:spacing w:after="200"/>
        <w:jc w:val="both"/>
      </w:pPr>
      <w:r>
        <w:t>10 – Este Contrato obriga as Partes e seus sucessores, sendo vedado, a cada uma, transferir os direitos e obrigações decorrentes deste Contrato sem a prévia e expressa autorização por escrito da outra Parte.</w:t>
      </w:r>
    </w:p>
    <w:p>
      <w:pPr>
        <w:spacing w:after="200"/>
        <w:jc w:val="both"/>
      </w:pPr>
      <w:r>
        <w:t>Estando certas e ajustadas, as partes contratantes firmam o presente contrato em duas vias, assistidas pelas testemunhas abaixo qualificadas, para todos os fins e efeitos de direito.</w:t>
      </w:r>
    </w:p>
    <w:p>
      <w:pPr>
        <w:spacing w:after="200"/>
        <w:jc w:val="both"/>
      </w:pPr>
      <w:r>
        <w:t>São Paulo, xxx de xxxxxx de 20xx.</w:t>
      </w:r>
    </w:p>
    <w:p>
      <w:pPr>
        <w:spacing w:after="200"/>
        <w:jc w:val="both"/>
      </w:pPr>
      <w:r>
        <w:t>________________________</w:t>
      </w:r>
    </w:p>
    <w:p>
      <w:pPr>
        <w:spacing w:after="200"/>
        <w:jc w:val="both"/>
      </w:pPr>
      <w:r>
        <w:t>Contratante/cessionária</w:t>
      </w:r>
    </w:p>
    <w:p>
      <w:pPr>
        <w:spacing w:after="200"/>
        <w:jc w:val="both"/>
      </w:pPr>
      <w:r>
        <w:t>________________________________</w:t>
      </w:r>
    </w:p>
    <w:p>
      <w:pPr>
        <w:spacing w:after="200"/>
        <w:jc w:val="both"/>
      </w:pPr>
      <w:r>
        <w:t>Contratado/cedente</w:t>
      </w:r>
    </w:p>
    <w:p>
      <w:pPr>
        <w:spacing w:after="200"/>
        <w:jc w:val="both"/>
      </w:pPr>
      <w:r>
        <w:t>Testemunhas:</w:t>
      </w:r>
    </w:p>
    <w:p>
      <w:pPr>
        <w:spacing w:after="200"/>
        <w:jc w:val="both"/>
      </w:pPr>
      <w:r>
        <w:t>________________________</w:t>
      </w:r>
    </w:p>
    <w:p>
      <w:pPr>
        <w:spacing w:after="200"/>
        <w:jc w:val="both"/>
      </w:pPr>
      <w:r>
        <w:t>______________________________</w:t>
      </w:r>
    </w:p>
    <w:p>
      <w:r>
        <w:rPr>
          <w:i/>
          <w:sz w:val="18"/>
        </w:rPr>
        <w:t>Modelo disponibilizado por Mercado Advogados (mercadoadvogados.com.br/conteudo). Adapte ao caso concreto.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