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CONTRATO DE COMODATO</w:t>
      </w:r>
    </w:p>
    <w:p>
      <w:pPr>
        <w:spacing w:after="200"/>
        <w:jc w:val="both"/>
      </w:pPr>
      <w:r>
        <w:t>Pelo presente instrumento particular de contrato de comodato, as partes, de um lado xxxxxxxxxxxxx, inscrita no CNPJ/MF sob nº xxxxxxxxxxxxxxxxxx, com sede na Cidade de xxxxxxxxxxxxx, neste ato representada por seus representantes legais infra-assinados, doravante simplesmente denominada COMODANTE; e de outro lado xxxxxxxxxxxxxxxxxxxxxx, inscrito no CNPJ/MF sob nº xxxxxxxxxxxxxx, com sede na Cidade de xxxxxxxxxxxxxxxxxxxxxxxxxxxxx, neste ato representada por seus representantes legais infra-assinados, doravante simplesmente denominada COMODATÁRIO, têm entre si justo e contratado o seguinte que, mutuamente, aceitam e outorgam, a saber:</w:t>
      </w:r>
    </w:p>
    <w:p>
      <w:pPr>
        <w:spacing w:after="200"/>
        <w:jc w:val="both"/>
      </w:pPr>
      <w:r>
        <w:t>1. CONSIDERAÇÕES PRELIMINARES</w:t>
      </w:r>
    </w:p>
    <w:p>
      <w:pPr>
        <w:spacing w:after="200"/>
        <w:jc w:val="both"/>
      </w:pPr>
      <w:r>
        <w:t>1.1 A COMODANTE é prestadora de serviços, titular e legítima possuidora dos equipamentos relacionados no Anexo I ao presente instrumento ("Equipamentos").</w:t>
      </w:r>
    </w:p>
    <w:p>
      <w:pPr>
        <w:spacing w:after="200"/>
        <w:jc w:val="both"/>
      </w:pPr>
      <w:r>
        <w:t>1.2 A COMODANTE tem interesse em emprestar ao COMODATÁRIO os Equipamentos.</w:t>
      </w:r>
    </w:p>
    <w:p>
      <w:pPr>
        <w:spacing w:after="200"/>
        <w:jc w:val="both"/>
      </w:pPr>
      <w:r>
        <w:t>1.3 O COMODATÁRIO, por sua vez, tem interesse na utilização dos Equipamentos.</w:t>
      </w:r>
    </w:p>
    <w:p>
      <w:pPr>
        <w:spacing w:after="200"/>
        <w:jc w:val="both"/>
      </w:pPr>
      <w:r>
        <w:t>1.4 Nessas condições, as partes celebraram o presente Instrumento Particular de Comodato de Equipamentos, que se regerá pelos termos e condições a seguir estipulados.</w:t>
      </w:r>
    </w:p>
    <w:p>
      <w:pPr>
        <w:spacing w:after="200"/>
        <w:jc w:val="both"/>
      </w:pPr>
      <w:r>
        <w:t>2. DO OBJETO DO COMODATO</w:t>
      </w:r>
    </w:p>
    <w:p>
      <w:pPr>
        <w:spacing w:after="200"/>
        <w:jc w:val="both"/>
      </w:pPr>
      <w:r>
        <w:t>2.1 Pelo presente instrumento e na melhor forma de direito, a COMODANTE empresta, a título gratuito, os Equipamentos para o COMODATÁRIO.</w:t>
      </w:r>
    </w:p>
    <w:p>
      <w:pPr>
        <w:spacing w:after="200"/>
        <w:jc w:val="both"/>
      </w:pPr>
      <w:r>
        <w:t>2.2 O COMODATÁRIO, por sua vez, recebe os Equipamentos para utilização exclusiva e ininterrupta, nos termos deste contrato.</w:t>
      </w:r>
    </w:p>
    <w:p>
      <w:pPr>
        <w:spacing w:after="200"/>
        <w:jc w:val="both"/>
      </w:pPr>
      <w:r>
        <w:t>2.3 O COMODATÁRIO declara receber, neste ato, os Equipamentos ativados, em perfeito estado e condições.</w:t>
      </w:r>
    </w:p>
    <w:p>
      <w:pPr>
        <w:spacing w:after="200"/>
        <w:jc w:val="both"/>
      </w:pPr>
      <w:r>
        <w:t>3. DO PRAZO DE VIGÊNCIA</w:t>
      </w:r>
    </w:p>
    <w:p>
      <w:pPr>
        <w:spacing w:after="200"/>
        <w:jc w:val="both"/>
      </w:pPr>
      <w:r>
        <w:t>3.1 O prazo de vigência do presente comodato é de xxx (xxxxxx) meses, a contar da data de xxxxxxxxxx a xxxxxxxxxxxx.</w:t>
      </w:r>
    </w:p>
    <w:p>
      <w:pPr>
        <w:spacing w:after="200"/>
        <w:jc w:val="both"/>
      </w:pPr>
      <w:r>
        <w:t>4. DAS OBRIGAÇÕES DO COMODATÁRIO</w:t>
      </w:r>
    </w:p>
    <w:p>
      <w:pPr>
        <w:spacing w:after="200"/>
        <w:jc w:val="both"/>
      </w:pPr>
      <w:r>
        <w:t>4.1 O COMODATÁRIO compromete-se a conservar os Equipamentos tal como lhe foram entregues. Ademais, caso qualquer conserto e/ou assistência técnica se faça necessária para o funcionamento dos Equipamentos, as despesas correrão por conta exclusiva do COMODATÁRIO.</w:t>
      </w:r>
    </w:p>
    <w:p>
      <w:pPr>
        <w:spacing w:after="200"/>
        <w:jc w:val="both"/>
      </w:pPr>
      <w:r>
        <w:t>4.2 Havendo desgaste anormal, desaparecimento, perecimento, destruição, roubo, furto, extravio ou qualquer outra forma de inutilização de qualquer dos Equipamentos, mesmo que em posse de terceiros, a responsabilidade pela indenização pecuniária será única e exclusiva do COMODATÁRIO, devendo ser pago à COMODANTE o valor de mercado dos equipamentos.</w:t>
      </w:r>
    </w:p>
    <w:p>
      <w:pPr>
        <w:spacing w:after="200"/>
        <w:jc w:val="both"/>
      </w:pPr>
      <w:r>
        <w:t>5. DA RESCISÃO E MULTA</w:t>
      </w:r>
    </w:p>
    <w:p>
      <w:pPr>
        <w:spacing w:after="200"/>
        <w:jc w:val="both"/>
      </w:pPr>
      <w:r>
        <w:t>5.1 O COMODATÁRIO poderá resilir o presente contrato conforme prazo estipulado no contrato de prestação de serviços, ficando obrigado a restituir os Equipamentos no mesmo estado de conservação em que lhe foram entregues, ressalvado apenas o desgaste decorrente do uso normal dos mesmos, no estabelecimento comercial da COMODANTE, no prazo de 3 (três) dias úteis a contar da data do seu pedido de cancelamento por escrito, sob pena de pagamento de multa diária no valor de R$ xx,00 pelo atraso na devolução de cada equipamento à COMODANTE.</w:t>
      </w:r>
    </w:p>
    <w:p>
      <w:pPr>
        <w:spacing w:after="200"/>
        <w:jc w:val="both"/>
      </w:pPr>
      <w:r>
        <w:t>5.2 São hipóteses de rescisão do contrato, que autorizam a COMODANTE à imediata reintegração dos Equipamentos: a cessão de todo ou parte substancial do patrimônio do COMODATÁRIO, sua insolvência, a existência de títulos protestados, falência e/ou recuperação judicial (mesmo que apenas requeridas), sua dissolução ou extinção.</w:t>
      </w:r>
    </w:p>
    <w:p>
      <w:pPr>
        <w:spacing w:after="200"/>
        <w:jc w:val="both"/>
      </w:pPr>
      <w:r>
        <w:t>6. DAS DISPOSIÇÕES FINAIS</w:t>
      </w:r>
    </w:p>
    <w:p>
      <w:pPr>
        <w:spacing w:after="200"/>
        <w:jc w:val="both"/>
      </w:pPr>
      <w:r>
        <w:t>6.1 O presente instrumento obriga as partes e seus sucessores, a qualquer título.</w:t>
      </w:r>
    </w:p>
    <w:p>
      <w:pPr>
        <w:spacing w:after="200"/>
        <w:jc w:val="both"/>
      </w:pPr>
      <w:r>
        <w:t>6.2 As alterações ao presente instrumento somente serão válidas quando celebradas por escrito e assinadas por todas as partes contratantes.</w:t>
      </w:r>
    </w:p>
    <w:p>
      <w:pPr>
        <w:spacing w:after="200"/>
        <w:jc w:val="both"/>
      </w:pPr>
      <w:r>
        <w:t>6.3 Ao final do presente contrato, caso o COMODATÁRIO não infrinja nenhuma das cláusulas do presente instrumento, os Equipamentos cedidos serão doados ao COMODATÁRIO.</w:t>
      </w:r>
    </w:p>
    <w:p>
      <w:pPr>
        <w:spacing w:after="200"/>
        <w:jc w:val="both"/>
      </w:pPr>
      <w:r>
        <w:t>6.4 As partes neste ato declaram e acordam expressamente que: (i) o não exercício por qualquer das partes, ou o atraso no exercício, de qualquer direito que lhe seja assegurado por este instrumento ou por lei não constituirá novação ou renúncia a tal direito, nem prejudicará o eventual exercício do mesmo; (ii) a renúncia, por qualquer das partes, a qualquer desses direitos somente será válida se formalizada por escrito; (iii) a nulidade ou invalidade de qualquer das cláusulas contratuais não prejudicará a validade e eficácia das demais cláusulas e do instrumento.</w:t>
      </w:r>
    </w:p>
    <w:p>
      <w:pPr>
        <w:spacing w:after="200"/>
        <w:jc w:val="both"/>
      </w:pPr>
      <w:r>
        <w:t>6.5 Todas as notificações e avisos relacionados com o presente instrumento deverão ser feitos por escrito, através de carta registrada ou protocolada, com comprovação de recebimento, por cartório de títulos e documentos ou por via judicial, dirigidos e/ou entregues às partes nos endereços constantes do preâmbulo ou em qualquer outro endereço que uma das partes venha a comunicar à outra, a qualquer título, na vigência deste.</w:t>
      </w:r>
    </w:p>
    <w:p>
      <w:pPr>
        <w:spacing w:after="200"/>
        <w:jc w:val="both"/>
      </w:pPr>
      <w:r>
        <w:t>6.6 Fica eleito o foro da Comarca de xxxxxxxxxxx, com exclusão de qualquer outro, por mais especial que seja, para dirimir quaisquer questões decorrentes do presente instrumento.</w:t>
      </w:r>
    </w:p>
    <w:p>
      <w:pPr>
        <w:spacing w:after="200"/>
        <w:jc w:val="both"/>
      </w:pPr>
      <w:r>
        <w:t>E, por estarem assim justas e contratadas, firmam o presente instrumento em 2 (duas) vias de igual teor e forma, na presença das testemunhas que também assinam.</w:t>
      </w:r>
    </w:p>
    <w:p>
      <w:pPr>
        <w:spacing w:after="200"/>
        <w:jc w:val="both"/>
      </w:pPr>
      <w:r>
        <w:t>São Paulo, xxxxxxxxxxxxx.</w:t>
      </w:r>
    </w:p>
    <w:p>
      <w:pPr>
        <w:spacing w:after="200"/>
        <w:jc w:val="both"/>
      </w:pPr>
      <w:r>
        <w:t>________________________________________</w:t>
      </w:r>
    </w:p>
    <w:p>
      <w:pPr>
        <w:spacing w:after="200"/>
        <w:jc w:val="both"/>
      </w:pPr>
      <w:r>
        <w:t>COMODANTE</w:t>
      </w:r>
    </w:p>
    <w:p>
      <w:pPr>
        <w:spacing w:after="200"/>
        <w:jc w:val="both"/>
      </w:pPr>
      <w:r>
        <w:t>________________________________</w:t>
      </w:r>
    </w:p>
    <w:p>
      <w:pPr>
        <w:spacing w:after="200"/>
        <w:jc w:val="both"/>
      </w:pPr>
      <w:r>
        <w:t>COMODATÁRIO</w:t>
      </w:r>
    </w:p>
    <w:p>
      <w:pPr>
        <w:spacing w:after="200"/>
        <w:jc w:val="both"/>
      </w:pPr>
      <w:r>
        <w:t>Testemunhas:</w:t>
      </w:r>
    </w:p>
    <w:p>
      <w:pPr>
        <w:spacing w:after="200"/>
        <w:jc w:val="both"/>
      </w:pPr>
      <w:r>
        <w:t>1. ___________________________</w:t>
      </w:r>
    </w:p>
    <w:p>
      <w:pPr>
        <w:spacing w:after="200"/>
        <w:jc w:val="both"/>
      </w:pPr>
      <w:r>
        <w:t>2. _____________________________</w:t>
      </w:r>
    </w:p>
    <w:p>
      <w:pPr>
        <w:spacing w:after="200"/>
        <w:jc w:val="both"/>
      </w:pPr>
      <w:r>
        <w:t>ANEXO I – RELAÇÃO DE EQUIPAMENTOS</w:t>
      </w:r>
    </w:p>
    <w:p>
      <w:pPr>
        <w:spacing w:after="200"/>
        <w:jc w:val="both"/>
      </w:pPr>
      <w:r>
        <w:t>O presente Anexo estabelece a relação de Equipamentos a serem fornecidos em razão do presente contrato, conforme abaixo:</w:t>
      </w:r>
    </w:p>
    <w:p>
      <w:pPr>
        <w:spacing w:after="200"/>
        <w:jc w:val="both"/>
      </w:pPr>
      <w:r>
        <w:t>xxxxxxxxxxxxxxxxxxxxx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