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</w:rPr>
        <w:t>CONTRATO DE COMODATO DE IMÓVEL PARA MORADIA DE FAMILIAR</w:t>
      </w:r>
    </w:p>
    <w:p>
      <w:pPr>
        <w:spacing w:after="200"/>
        <w:jc w:val="both"/>
      </w:pPr>
      <w:r>
        <w:t>I - COMODANTE: xxxxxxxxxxxxxxxxxx, brasileiro, empresário, inscrito no CPF nº xxxxxxxxxxxx e RG sob nº xxxxxxxxxxxxx SSP/SP, com domicílio na xxxxxxxxxxxxxxxxxxxxxxxxxx;</w:t>
      </w:r>
    </w:p>
    <w:p>
      <w:pPr>
        <w:spacing w:after="200"/>
        <w:jc w:val="both"/>
      </w:pPr>
      <w:r>
        <w:t>II - COMODATÁRIA: xxxxxxxxxxxxxxxxxx, inscrita no RG sob nº xxxxxxxxxxxx e CPF/MF sob o nº xxxxxxxxxxxx, com endereço na xxxxxxxxxxxxxxxxxxxxxxxxxx.</w:t>
      </w:r>
    </w:p>
    <w:p>
      <w:pPr>
        <w:spacing w:after="200"/>
        <w:jc w:val="both"/>
      </w:pPr>
      <w:r>
        <w:t>CONSIDERANDO QUE:</w:t>
      </w:r>
    </w:p>
    <w:p>
      <w:pPr>
        <w:spacing w:after="200"/>
        <w:jc w:val="both"/>
      </w:pPr>
      <w:r>
        <w:t>(i) o art. 579 do Código Civil admite o empréstimo gratuito de coisas não fungíveis, sem ressalvar imóveis, o qual perfaz-se com a transmissão da posse;</w:t>
      </w:r>
    </w:p>
    <w:p>
      <w:pPr>
        <w:spacing w:after="200"/>
        <w:jc w:val="both"/>
      </w:pPr>
      <w:r>
        <w:t>(ii) a COMODATÁRIA é genitora do COMODANTE, sendo que este tem interesse em ceder gratuitamente a posse temporária do seu imóvel em favor da COMODATÁRIA;</w:t>
      </w:r>
    </w:p>
    <w:p>
      <w:pPr>
        <w:spacing w:after="200"/>
        <w:jc w:val="both"/>
      </w:pPr>
      <w:r>
        <w:t>têm as partes, entre si, justo e acordado o presente CONTRATO DE COMODATO DE IMÓVEL PARA MORADIA DE FAMILIAR, que será regido pelas seguintes cláusulas e condições:</w:t>
      </w:r>
    </w:p>
    <w:p>
      <w:pPr>
        <w:spacing w:after="200"/>
        <w:jc w:val="both"/>
      </w:pPr>
      <w:r>
        <w:t>1. DO OBJETO DO CONTRATO</w:t>
      </w:r>
    </w:p>
    <w:p>
      <w:pPr>
        <w:spacing w:after="200"/>
        <w:jc w:val="both"/>
      </w:pPr>
      <w:r>
        <w:t>1.1 O OBJETO do presente instrumento é o comodato do imóvel de propriedade do COMODANTE para a COMODATÁRIA, localizado na xxxxxxxxxxxxxxxxxxxxxxxxxx, nas condições do presente contrato.</w:t>
      </w:r>
    </w:p>
    <w:p>
      <w:pPr>
        <w:spacing w:after="200"/>
        <w:jc w:val="both"/>
      </w:pPr>
      <w:r>
        <w:t>2. DA CESSÃO GRATUITA</w:t>
      </w:r>
    </w:p>
    <w:p>
      <w:pPr>
        <w:spacing w:after="200"/>
        <w:jc w:val="both"/>
      </w:pPr>
      <w:r>
        <w:t>2.1 O COMODANTE cede à COMODATÁRIA o imóvel constante da cláusula 1.1 deste contrato a título gratuito, para que o utilize somente para fins residenciais, ficando a mesma impedida de locá-lo ou sublocá-lo.</w:t>
      </w:r>
    </w:p>
    <w:p>
      <w:pPr>
        <w:spacing w:after="200"/>
        <w:jc w:val="both"/>
      </w:pPr>
      <w:r>
        <w:t>3. DAS OBRIGAÇÕES DA COMODATÁRIA</w:t>
      </w:r>
    </w:p>
    <w:p>
      <w:pPr>
        <w:spacing w:after="200"/>
        <w:jc w:val="both"/>
      </w:pPr>
      <w:r>
        <w:t>3.1 Está obrigada a COMODATÁRIA a manter o imóvel no mesmo estado em que o recebeu, cuidando do mesmo, sendo proibida qualquer alteração ou construção no imóvel.</w:t>
      </w:r>
    </w:p>
    <w:p>
      <w:pPr>
        <w:spacing w:after="200"/>
        <w:jc w:val="both"/>
      </w:pPr>
      <w:r>
        <w:t>3.2 Fica obrigada a COMODATÁRIA ao pagamento das despesas decorrentes de sua utilização, quais sejam água, luz, IPTU e condomínio. Ao COMODANTE recairão as demais despesas.</w:t>
      </w:r>
    </w:p>
    <w:p>
      <w:pPr>
        <w:spacing w:after="200"/>
        <w:jc w:val="both"/>
      </w:pPr>
      <w:r>
        <w:t>4. DA INDENIZAÇÃO POR DANOS</w:t>
      </w:r>
    </w:p>
    <w:p>
      <w:pPr>
        <w:spacing w:after="200"/>
        <w:jc w:val="both"/>
      </w:pPr>
      <w:r>
        <w:t>4.1 Fica obrigada a COMODATÁRIA a indenizar o COMODANTE por danos causados ao imóvel, responsabilizando-se por todas as despesas para a reparação do dano causado.</w:t>
      </w:r>
    </w:p>
    <w:p>
      <w:pPr>
        <w:spacing w:after="200"/>
        <w:jc w:val="both"/>
      </w:pPr>
      <w:r>
        <w:t>5. DO PRAZO</w:t>
      </w:r>
    </w:p>
    <w:p>
      <w:pPr>
        <w:spacing w:after="200"/>
        <w:jc w:val="both"/>
      </w:pPr>
      <w:r>
        <w:t>5.1 O prazo do presente instrumento será indeterminado, podendo ser denunciado mediante comunicação prévia, com 30 (trinta) dias de antecedência, quando o imóvel deverá ser restituído em perfeito estado de conservação, vazio de coisas e pessoas.</w:t>
      </w:r>
    </w:p>
    <w:p>
      <w:pPr>
        <w:spacing w:after="200"/>
        <w:jc w:val="both"/>
      </w:pPr>
      <w:r>
        <w:t>6. DAS DISPOSIÇÕES GERAIS</w:t>
      </w:r>
    </w:p>
    <w:p>
      <w:pPr>
        <w:spacing w:after="200"/>
        <w:jc w:val="both"/>
      </w:pPr>
      <w:r>
        <w:t>6.1 Este Contrato obriga as Partes e seus sucessores, sendo vedado, a cada uma, transferir os direitos e obrigações decorrentes deste Contrato sem a prévia e expressa autorização por escrito da outra Parte.</w:t>
      </w:r>
    </w:p>
    <w:p>
      <w:pPr>
        <w:spacing w:after="200"/>
        <w:jc w:val="both"/>
      </w:pPr>
      <w:r>
        <w:t>6.2 As partes elegem o foro da Comarca da Capital do Estado de São Paulo como competente para dirimir eventuais dúvidas oriundas deste Instrumento, com a renúncia a qualquer outro, por mais privilegiado que seja.</w:t>
      </w:r>
    </w:p>
    <w:p>
      <w:pPr>
        <w:spacing w:after="200"/>
        <w:jc w:val="both"/>
      </w:pPr>
      <w:r>
        <w:t>São Paulo, xx de xxxx de xxxx.</w:t>
      </w:r>
    </w:p>
    <w:p>
      <w:pPr>
        <w:spacing w:after="200"/>
        <w:jc w:val="both"/>
      </w:pPr>
      <w:r>
        <w:t>_____________________________</w:t>
      </w:r>
    </w:p>
    <w:p>
      <w:pPr>
        <w:spacing w:after="200"/>
        <w:jc w:val="both"/>
      </w:pPr>
      <w:r>
        <w:t>COMODANTE</w:t>
      </w:r>
    </w:p>
    <w:p>
      <w:pPr>
        <w:spacing w:after="200"/>
        <w:jc w:val="both"/>
      </w:pPr>
      <w:r>
        <w:t>_____________________________</w:t>
      </w:r>
    </w:p>
    <w:p>
      <w:pPr>
        <w:spacing w:after="200"/>
        <w:jc w:val="both"/>
      </w:pPr>
      <w:r>
        <w:t>COMODATÁRIA</w:t>
      </w:r>
    </w:p>
    <w:p>
      <w:r>
        <w:rPr>
          <w:i/>
          <w:sz w:val="18"/>
        </w:rPr>
        <w:t>Modelo disponibilizado por Mercado Advogados (mercadoadvogados.com.br/conteudo). Adapte ao caso concreto.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