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SEGUNDO TERMO ADITIVO AO CONTRATO DE PRESTAÇÃO DE SERVIÇOS DE TECNOLOGIA</w:t>
      </w:r>
    </w:p>
    <w:p>
      <w:pPr>
        <w:spacing w:after="200"/>
        <w:jc w:val="both"/>
      </w:pPr>
      <w:r>
        <w:t>Pelo presente instrumento particular, e na melhor forma de direito, as partes a seguir qualificadas:</w:t>
      </w:r>
    </w:p>
    <w:p>
      <w:pPr>
        <w:spacing w:after="200"/>
        <w:jc w:val="both"/>
      </w:pPr>
      <w:r>
        <w:t>I. XXXXXXXXXXXXXX, inscrita no CNPJ/MF sob nº XXXXXXXXXXXXX, com endereço na XXXXXXXXXXXXXXXXXXXX, neste ato representada na forma do seu contrato social, doravante designada CONTRATADA;</w:t>
      </w:r>
    </w:p>
    <w:p>
      <w:pPr>
        <w:spacing w:after="200"/>
        <w:jc w:val="both"/>
      </w:pPr>
      <w:r>
        <w:t>II. XXXXXXXXXXXXXX, inscrita no CNPJ/MF sob nº XXXXXXXXXXXXX, com endereço na XXXXXXXXXXXXXXXXXXXX, neste ato representada na forma do seu contrato social, doravante designada CONTRATANTE;</w:t>
      </w:r>
    </w:p>
    <w:p>
      <w:pPr>
        <w:spacing w:after="200"/>
        <w:jc w:val="both"/>
      </w:pPr>
      <w:r>
        <w:t>CONSIDERANDO que as partes celebraram o "CONTRATO DE PRESTAÇÃO DE SERVIÇOS DE TECNOLOGIA", firmado em XX de XXXXX de XXXX, com início de vigência em XX/XX/XXXX, bem como o "PRIMEIRO TERMO ADITIVO AO CONTRATO DE PRESTAÇÃO DE SERVIÇOS", firmado em XX de XXXXX de 20XX, doravante designados, em conjunto, "Contrato";</w:t>
      </w:r>
    </w:p>
    <w:p>
      <w:pPr>
        <w:spacing w:after="200"/>
        <w:jc w:val="both"/>
      </w:pPr>
      <w:r>
        <w:t>CONSIDERANDO que é interesse das Partes alterar parte das obrigações no contrato originário e no aditivo firmados, resolvem as partes complementá-lo, de acordo com as seguintes cláusulas e condições:</w:t>
      </w:r>
    </w:p>
    <w:p>
      <w:pPr>
        <w:spacing w:after="200"/>
        <w:jc w:val="both"/>
      </w:pPr>
      <w:r>
        <w:t>Cláusula 1ª - Pelo presente aditivo, sem prejuízo das demais disposições do contrato originário, resolvem as partes proceder com a formalização do reajuste anual pelo IGPM/FGV, alterando o valor relativo aos serviços para R$ xx,xx (xxxxxxxxx), com vencimento da primeira parcela com o novo valor em xx/xx/xxxx, relativo ao mês de janeiro de xxxx, e as demais parcelas com vencimento no mesmo dia dos meses subsequentes.</w:t>
      </w:r>
    </w:p>
    <w:p>
      <w:pPr>
        <w:spacing w:after="200"/>
        <w:jc w:val="both"/>
      </w:pPr>
      <w:r>
        <w:t>[COMENTÁRIO: DIRIMIR QUESTIONAMENTOS SOBRE O NOVO VALOR. ESPECIFICAR EXATAMENTE O VALOR E A DATA DOS NOVOS PAGAMENTOS, RATIFICANDO QUE O SERVIÇO É UTILIZADO E DEPOIS PAGO.]</w:t>
      </w:r>
    </w:p>
    <w:p>
      <w:pPr>
        <w:spacing w:after="200"/>
        <w:jc w:val="both"/>
      </w:pPr>
      <w:r>
        <w:t>Cláusula 2ª - Resolvem as partes proceder com a renovação do contrato, no período de XXXXXX a XXXXXXXXXX, o qual passará a ser renovado automaticamente ao término deste período contratual, por períodos iguais e sucessivos de 12 (doze) meses cada, salvo comunicação prévia e por escrito pelas partes, informando à outra parte o desinteresse na renovação, com antecedência mínima de 30 (trinta) dias.</w:t>
      </w:r>
    </w:p>
    <w:p>
      <w:pPr>
        <w:spacing w:after="200"/>
        <w:jc w:val="both"/>
      </w:pPr>
      <w:r>
        <w:t>[COMENTÁRIO: DIRIMIR QUESTIONAMENTOS SOBRE O VENCIMENTO DA PRORROGAÇÃO DO CONTRATO. RATIFICAR AS CONDIÇÕES DE RENOVAÇÃO E DISTRATO.]</w:t>
      </w:r>
    </w:p>
    <w:p>
      <w:pPr>
        <w:spacing w:after="200"/>
        <w:jc w:val="both"/>
      </w:pPr>
      <w:r>
        <w:t>Cláusula 3ª - Por fim, as partes ratificam que os valores aqui estipulados serão atualizados novamente pelo IGPM/FGV positivo em janeiro de xxxx, na forma prevista na cláusula 1.4 do Anexo I do Contrato originário.</w:t>
      </w:r>
    </w:p>
    <w:p>
      <w:pPr>
        <w:spacing w:after="200"/>
        <w:jc w:val="both"/>
      </w:pPr>
      <w:r>
        <w:t>[COMENTÁRIO: CORRIGIR O CONTRATO CASO A CLÁUSULA NÃO PREVEJA A VARIAÇÃO "POSITIVA" DO IGPM, EVITANDO REDUÇÃO DO VALOR EM CASO DE ÍNDICE NEGATIVO.]</w:t>
      </w:r>
    </w:p>
    <w:p>
      <w:pPr>
        <w:spacing w:after="200"/>
        <w:jc w:val="both"/>
      </w:pPr>
      <w:r>
        <w:t>Cláusula 4ª - Permanecem em vigor e integralmente ratificadas todas as demais cláusulas e condições do Contrato não expressamente alteradas no presente Termo.</w:t>
      </w:r>
    </w:p>
    <w:p>
      <w:pPr>
        <w:spacing w:after="200"/>
        <w:jc w:val="both"/>
      </w:pPr>
      <w:r>
        <w:t>E, por estarem justas e contratadas, as partes assinam o presente Termo em 02 (duas) vias de igual teor e forma, juntamente com as testemunhas abaixo identificadas.</w:t>
      </w:r>
    </w:p>
    <w:p>
      <w:pPr>
        <w:spacing w:after="200"/>
        <w:jc w:val="both"/>
      </w:pPr>
      <w:r>
        <w:t>São Paulo, XX de XXXXX de XXXX.</w:t>
      </w:r>
    </w:p>
    <w:p>
      <w:pPr>
        <w:spacing w:after="200"/>
        <w:jc w:val="both"/>
      </w:pPr>
      <w:r>
        <w:t>CONTRATANTE: _________________________________________</w:t>
      </w:r>
    </w:p>
    <w:p>
      <w:pPr>
        <w:spacing w:after="200"/>
        <w:jc w:val="both"/>
      </w:pPr>
      <w:r>
        <w:t>CONTRATADA: _________________________________________</w:t>
      </w:r>
    </w:p>
    <w:p>
      <w:pPr>
        <w:spacing w:after="200"/>
        <w:jc w:val="both"/>
      </w:pPr>
      <w:r>
        <w:t>Testemunhas:</w:t>
      </w:r>
    </w:p>
    <w:p>
      <w:pPr>
        <w:spacing w:after="200"/>
        <w:jc w:val="both"/>
      </w:pPr>
      <w:r>
        <w:t>1. _____________________________ 2. __________________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