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b/>
        </w:rPr>
        <w:t>QUALIFICAÇÃO DA PARTE NO PREÂMBULO</w:t>
      </w:r>
    </w:p>
    <w:p>
      <w:pPr>
        <w:spacing w:after="200"/>
        <w:jc w:val="both"/>
      </w:pPr>
      <w:r>
        <w:t>FULANO DE TAL, CPF nº xxxxxxxxxxx, sociedade em comum, pendente de registro no CNPJ, com sede na Rua xxxxxxxxxxxxxxxxxxxxxxxxxxxxxxxxx, neste ato por seu representante legal, o Sr. XXXXXXXXXXXXXXX, inscrito no CPF/MF sob nº xxxxxxxxxxx, doravante denominada simplesmente CONTRATADA;</w:t>
      </w:r>
    </w:p>
    <w:p>
      <w:pPr>
        <w:spacing w:after="200"/>
        <w:jc w:val="both"/>
      </w:pPr>
      <w:r>
        <w:t>CLÁUSULA DE REGULARIZAÇÃO</w:t>
      </w:r>
    </w:p>
    <w:p>
      <w:pPr>
        <w:spacing w:after="200"/>
        <w:jc w:val="both"/>
      </w:pPr>
      <w:r>
        <w:t>xx. A CONTRATADA, neste ato, declara que a sociedade CONTRATADA não se encontra regularizada perante os órgãos públicos no momento de celebração deste contrato, nos termos do art. 986 do Código Civil, em vista da demora dos órgãos públicos, responsabilizando-se a regularizar tal situação em 30 (trinta) dias da vigência deste contrato, podendo tal prazo ser dilatado por motivo justo, sob pena de rescisão contratual por parte da CONTRATANTE.</w:t>
      </w:r>
    </w:p>
    <w:p>
      <w:r>
        <w:rPr>
          <w:i/>
          <w:sz w:val="18"/>
        </w:rPr>
        <w:t>Modelo disponibilizado por Mercado Advogados (mercadoadvogados.com.br/conteudo). Adapte ao caso concreto.</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